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47AC" w14:textId="7D758041" w:rsidR="00D95F10" w:rsidRPr="00003A0D" w:rsidRDefault="00D753DA" w:rsidP="00003A0D">
      <w:pPr>
        <w:spacing w:after="0"/>
        <w:jc w:val="center"/>
        <w:rPr>
          <w:bCs/>
          <w:sz w:val="18"/>
          <w:szCs w:val="18"/>
          <w:lang w:val="pt-BR"/>
        </w:rPr>
      </w:pPr>
      <w:r w:rsidRPr="00003A0D">
        <w:rPr>
          <w:bCs/>
          <w:sz w:val="18"/>
          <w:szCs w:val="18"/>
          <w:lang w:val="pt-BR"/>
        </w:rPr>
        <w:t xml:space="preserve">UNIVERSIDADE FEDERAL </w:t>
      </w:r>
      <w:r>
        <w:rPr>
          <w:bCs/>
          <w:sz w:val="18"/>
          <w:szCs w:val="18"/>
          <w:lang w:val="pt-BR"/>
        </w:rPr>
        <w:t>D</w:t>
      </w:r>
      <w:r w:rsidRPr="00003A0D">
        <w:rPr>
          <w:bCs/>
          <w:sz w:val="18"/>
          <w:szCs w:val="18"/>
          <w:lang w:val="pt-BR"/>
        </w:rPr>
        <w:t>O AMAZONAS</w:t>
      </w:r>
    </w:p>
    <w:p w14:paraId="02976230" w14:textId="3C58D800" w:rsidR="00D95F10" w:rsidRPr="00003A0D" w:rsidRDefault="00D753DA" w:rsidP="00003A0D">
      <w:pPr>
        <w:spacing w:after="0"/>
        <w:jc w:val="center"/>
        <w:rPr>
          <w:bCs/>
          <w:sz w:val="18"/>
          <w:szCs w:val="18"/>
          <w:lang w:val="pt-BR"/>
        </w:rPr>
      </w:pPr>
      <w:r w:rsidRPr="00003A0D">
        <w:rPr>
          <w:bCs/>
          <w:sz w:val="18"/>
          <w:szCs w:val="18"/>
          <w:lang w:val="pt-BR"/>
        </w:rPr>
        <w:t xml:space="preserve">FACULDADE </w:t>
      </w:r>
      <w:r>
        <w:rPr>
          <w:bCs/>
          <w:sz w:val="18"/>
          <w:szCs w:val="18"/>
          <w:lang w:val="pt-BR"/>
        </w:rPr>
        <w:t>D</w:t>
      </w:r>
      <w:r w:rsidRPr="00003A0D">
        <w:rPr>
          <w:bCs/>
          <w:sz w:val="18"/>
          <w:szCs w:val="18"/>
          <w:lang w:val="pt-BR"/>
        </w:rPr>
        <w:t>E CIÊNCIAS AGRÁRIAS</w:t>
      </w:r>
    </w:p>
    <w:p w14:paraId="049E709B" w14:textId="216A4549" w:rsidR="00D95F10" w:rsidRPr="00003A0D" w:rsidRDefault="00D753DA" w:rsidP="00003A0D">
      <w:pPr>
        <w:spacing w:after="70"/>
        <w:jc w:val="center"/>
        <w:rPr>
          <w:bCs/>
          <w:sz w:val="18"/>
          <w:szCs w:val="18"/>
          <w:lang w:val="pt-BR"/>
        </w:rPr>
      </w:pPr>
      <w:r w:rsidRPr="00003A0D">
        <w:rPr>
          <w:bCs/>
          <w:sz w:val="18"/>
          <w:szCs w:val="18"/>
          <w:lang w:val="pt-BR"/>
        </w:rPr>
        <w:t xml:space="preserve">PROGRAMA </w:t>
      </w:r>
      <w:r>
        <w:rPr>
          <w:bCs/>
          <w:sz w:val="18"/>
          <w:szCs w:val="18"/>
          <w:lang w:val="pt-BR"/>
        </w:rPr>
        <w:t>D</w:t>
      </w:r>
      <w:r w:rsidRPr="00003A0D">
        <w:rPr>
          <w:bCs/>
          <w:sz w:val="18"/>
          <w:szCs w:val="18"/>
          <w:lang w:val="pt-BR"/>
        </w:rPr>
        <w:t xml:space="preserve">E PÓS-GRADUAÇÃO </w:t>
      </w:r>
      <w:r>
        <w:rPr>
          <w:bCs/>
          <w:sz w:val="18"/>
          <w:szCs w:val="18"/>
          <w:lang w:val="pt-BR"/>
        </w:rPr>
        <w:t>E</w:t>
      </w:r>
      <w:r w:rsidRPr="00003A0D">
        <w:rPr>
          <w:bCs/>
          <w:sz w:val="18"/>
          <w:szCs w:val="18"/>
          <w:lang w:val="pt-BR"/>
        </w:rPr>
        <w:t xml:space="preserve">M CIÊNCIAS FLORESTAIS </w:t>
      </w:r>
      <w:r>
        <w:rPr>
          <w:bCs/>
          <w:sz w:val="18"/>
          <w:szCs w:val="18"/>
          <w:lang w:val="pt-BR"/>
        </w:rPr>
        <w:t>E</w:t>
      </w:r>
      <w:r w:rsidRPr="00003A0D">
        <w:rPr>
          <w:bCs/>
          <w:sz w:val="18"/>
          <w:szCs w:val="18"/>
          <w:lang w:val="pt-BR"/>
        </w:rPr>
        <w:t xml:space="preserve"> AMBIENTAIS - P</w:t>
      </w:r>
      <w:r>
        <w:rPr>
          <w:bCs/>
          <w:sz w:val="18"/>
          <w:szCs w:val="18"/>
          <w:lang w:val="pt-BR"/>
        </w:rPr>
        <w:t>PGCIFA</w:t>
      </w:r>
    </w:p>
    <w:p w14:paraId="4D52A162" w14:textId="77777777" w:rsidR="00D95F10" w:rsidRPr="00003A0D" w:rsidRDefault="00D95F10">
      <w:pPr>
        <w:pBdr>
          <w:bottom w:val="single" w:sz="7" w:space="1" w:color="808080"/>
        </w:pBdr>
        <w:spacing w:after="60" w:line="120" w:lineRule="auto"/>
        <w:rPr>
          <w:lang w:val="pt-BR"/>
        </w:rPr>
      </w:pPr>
    </w:p>
    <w:p w14:paraId="76060A79" w14:textId="77777777" w:rsidR="00D95F10" w:rsidRPr="00003A0D" w:rsidRDefault="003414CF">
      <w:pPr>
        <w:spacing w:after="100"/>
        <w:jc w:val="center"/>
        <w:rPr>
          <w:lang w:val="pt-BR"/>
        </w:rPr>
      </w:pPr>
      <w:r w:rsidRPr="00003A0D">
        <w:rPr>
          <w:b/>
          <w:sz w:val="24"/>
          <w:lang w:val="pt-BR"/>
        </w:rPr>
        <w:t>RELATÓRIO FINAL DE ESTÁGIO DOCÊNCIA</w:t>
      </w:r>
    </w:p>
    <w:p w14:paraId="60CCCBBA" w14:textId="77777777" w:rsidR="00D95F10" w:rsidRPr="00003A0D" w:rsidRDefault="003414CF">
      <w:pPr>
        <w:spacing w:before="80" w:after="30"/>
        <w:rPr>
          <w:lang w:val="pt-BR"/>
        </w:rPr>
      </w:pPr>
      <w:r w:rsidRPr="00003A0D">
        <w:rPr>
          <w:b/>
          <w:sz w:val="20"/>
          <w:lang w:val="pt-BR"/>
        </w:rPr>
        <w:t>1. IDENTIFICAÇÃO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7"/>
        <w:gridCol w:w="3543"/>
        <w:gridCol w:w="1418"/>
        <w:gridCol w:w="2831"/>
      </w:tblGrid>
      <w:tr w:rsidR="00D95F10" w14:paraId="28321084" w14:textId="77777777" w:rsidTr="00D753DA">
        <w:trPr>
          <w:jc w:val="center"/>
        </w:trPr>
        <w:tc>
          <w:tcPr>
            <w:tcW w:w="184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2BB07D82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Discente</w:t>
            </w:r>
          </w:p>
        </w:tc>
        <w:tc>
          <w:tcPr>
            <w:tcW w:w="354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CCB9D06" w14:textId="68246A48" w:rsidR="00D95F10" w:rsidRDefault="00D95F10">
            <w:pPr>
              <w:spacing w:after="0" w:line="228" w:lineRule="auto"/>
            </w:pPr>
          </w:p>
        </w:tc>
        <w:tc>
          <w:tcPr>
            <w:tcW w:w="141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1A53BCE2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Formação</w:t>
            </w:r>
          </w:p>
        </w:tc>
        <w:tc>
          <w:tcPr>
            <w:tcW w:w="28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981EB71" w14:textId="280B3C02" w:rsidR="00D95F10" w:rsidRDefault="00D95F10">
            <w:pPr>
              <w:spacing w:after="0" w:line="228" w:lineRule="auto"/>
            </w:pPr>
          </w:p>
        </w:tc>
      </w:tr>
      <w:tr w:rsidR="00D95F10" w14:paraId="2D6CC846" w14:textId="77777777" w:rsidTr="00D753DA">
        <w:trPr>
          <w:jc w:val="center"/>
        </w:trPr>
        <w:tc>
          <w:tcPr>
            <w:tcW w:w="184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23B04FDA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Orientador</w:t>
            </w:r>
          </w:p>
        </w:tc>
        <w:tc>
          <w:tcPr>
            <w:tcW w:w="354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DF42501" w14:textId="580E4863" w:rsidR="00D95F10" w:rsidRDefault="00D95F10">
            <w:pPr>
              <w:spacing w:after="0" w:line="228" w:lineRule="auto"/>
            </w:pPr>
          </w:p>
        </w:tc>
        <w:tc>
          <w:tcPr>
            <w:tcW w:w="141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5A3C63CA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Departamento</w:t>
            </w:r>
          </w:p>
        </w:tc>
        <w:tc>
          <w:tcPr>
            <w:tcW w:w="28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9CD20B6" w14:textId="5209DEEF" w:rsidR="00D95F10" w:rsidRDefault="00D95F10">
            <w:pPr>
              <w:spacing w:after="0" w:line="228" w:lineRule="auto"/>
            </w:pPr>
          </w:p>
        </w:tc>
      </w:tr>
      <w:tr w:rsidR="00D95F10" w14:paraId="59DE996F" w14:textId="77777777" w:rsidTr="00D753DA">
        <w:trPr>
          <w:jc w:val="center"/>
        </w:trPr>
        <w:tc>
          <w:tcPr>
            <w:tcW w:w="184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414BFD52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Disciplina</w:t>
            </w:r>
          </w:p>
        </w:tc>
        <w:tc>
          <w:tcPr>
            <w:tcW w:w="354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B420F1A" w14:textId="36FBDDF3" w:rsidR="00D95F10" w:rsidRDefault="00D95F10">
            <w:pPr>
              <w:spacing w:after="0" w:line="228" w:lineRule="auto"/>
            </w:pPr>
          </w:p>
        </w:tc>
        <w:tc>
          <w:tcPr>
            <w:tcW w:w="141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504A29E4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Código</w:t>
            </w:r>
          </w:p>
        </w:tc>
        <w:tc>
          <w:tcPr>
            <w:tcW w:w="28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835FAAD" w14:textId="5FBA583B" w:rsidR="00D95F10" w:rsidRDefault="00D95F10">
            <w:pPr>
              <w:spacing w:after="0" w:line="228" w:lineRule="auto"/>
            </w:pPr>
          </w:p>
        </w:tc>
      </w:tr>
      <w:tr w:rsidR="00D95F10" w14:paraId="542F2D01" w14:textId="77777777" w:rsidTr="00D753DA">
        <w:trPr>
          <w:jc w:val="center"/>
        </w:trPr>
        <w:tc>
          <w:tcPr>
            <w:tcW w:w="184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4BB12851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Docente/Supervisor</w:t>
            </w:r>
          </w:p>
        </w:tc>
        <w:tc>
          <w:tcPr>
            <w:tcW w:w="354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66481F7" w14:textId="777E80E6" w:rsidR="00D95F10" w:rsidRDefault="00D95F10">
            <w:pPr>
              <w:spacing w:after="0" w:line="228" w:lineRule="auto"/>
            </w:pPr>
          </w:p>
        </w:tc>
        <w:tc>
          <w:tcPr>
            <w:tcW w:w="141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38DAD911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Semestre</w:t>
            </w:r>
          </w:p>
        </w:tc>
        <w:tc>
          <w:tcPr>
            <w:tcW w:w="28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EC63013" w14:textId="0AD7AE5F" w:rsidR="00D95F10" w:rsidRDefault="00D95F10">
            <w:pPr>
              <w:spacing w:after="0" w:line="228" w:lineRule="auto"/>
            </w:pPr>
          </w:p>
        </w:tc>
      </w:tr>
      <w:tr w:rsidR="00D95F10" w14:paraId="04607517" w14:textId="77777777" w:rsidTr="00D753DA">
        <w:trPr>
          <w:jc w:val="center"/>
        </w:trPr>
        <w:tc>
          <w:tcPr>
            <w:tcW w:w="184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30DE72FB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Carga horária</w:t>
            </w:r>
          </w:p>
        </w:tc>
        <w:tc>
          <w:tcPr>
            <w:tcW w:w="354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0EDC513" w14:textId="4B23FEA6" w:rsidR="00D95F10" w:rsidRDefault="00D95F10">
            <w:pPr>
              <w:spacing w:after="0" w:line="228" w:lineRule="auto"/>
            </w:pPr>
          </w:p>
        </w:tc>
        <w:tc>
          <w:tcPr>
            <w:tcW w:w="141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1CAE4518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Créditos</w:t>
            </w:r>
          </w:p>
        </w:tc>
        <w:tc>
          <w:tcPr>
            <w:tcW w:w="28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49D5F5E" w14:textId="0F492B50" w:rsidR="00D95F10" w:rsidRDefault="00D95F10">
            <w:pPr>
              <w:spacing w:after="0" w:line="228" w:lineRule="auto"/>
            </w:pPr>
          </w:p>
        </w:tc>
      </w:tr>
      <w:tr w:rsidR="00D95F10" w14:paraId="0F3D869C" w14:textId="77777777" w:rsidTr="00D753DA">
        <w:trPr>
          <w:jc w:val="center"/>
        </w:trPr>
        <w:tc>
          <w:tcPr>
            <w:tcW w:w="184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0378A1F7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Pré-requisito</w:t>
            </w:r>
          </w:p>
        </w:tc>
        <w:tc>
          <w:tcPr>
            <w:tcW w:w="3543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5EA3375" w14:textId="3EED1353" w:rsidR="00D95F10" w:rsidRDefault="00D95F10">
            <w:pPr>
              <w:spacing w:after="0" w:line="228" w:lineRule="auto"/>
            </w:pPr>
          </w:p>
        </w:tc>
        <w:tc>
          <w:tcPr>
            <w:tcW w:w="141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44C4E838" w14:textId="77777777" w:rsidR="00D95F10" w:rsidRDefault="003414CF">
            <w:pPr>
              <w:spacing w:after="0" w:line="228" w:lineRule="auto"/>
            </w:pPr>
            <w:r>
              <w:rPr>
                <w:b/>
                <w:sz w:val="16"/>
              </w:rPr>
              <w:t>Município</w:t>
            </w:r>
          </w:p>
        </w:tc>
        <w:tc>
          <w:tcPr>
            <w:tcW w:w="28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10D8894" w14:textId="050F4367" w:rsidR="00D95F10" w:rsidRDefault="00D95F10">
            <w:pPr>
              <w:spacing w:after="0" w:line="228" w:lineRule="auto"/>
            </w:pPr>
          </w:p>
        </w:tc>
      </w:tr>
    </w:tbl>
    <w:p w14:paraId="4661D747" w14:textId="77777777" w:rsidR="00D95F10" w:rsidRPr="00003A0D" w:rsidRDefault="003414CF">
      <w:pPr>
        <w:spacing w:before="80" w:after="30"/>
        <w:rPr>
          <w:lang w:val="pt-BR"/>
        </w:rPr>
      </w:pPr>
      <w:r w:rsidRPr="00003A0D">
        <w:rPr>
          <w:b/>
          <w:sz w:val="20"/>
          <w:lang w:val="pt-BR"/>
        </w:rPr>
        <w:t>2. OBJETIVO</w:t>
      </w:r>
    </w:p>
    <w:p w14:paraId="328C9902" w14:textId="41868A48" w:rsidR="00D95F10" w:rsidRDefault="003414CF">
      <w:pPr>
        <w:spacing w:after="30" w:line="240" w:lineRule="auto"/>
        <w:rPr>
          <w:sz w:val="18"/>
          <w:lang w:val="pt-BR"/>
        </w:rPr>
      </w:pPr>
      <w:r w:rsidRPr="00003A0D">
        <w:rPr>
          <w:sz w:val="18"/>
          <w:lang w:val="pt-BR"/>
        </w:rPr>
        <w:t>Acompanhar o professor supervisor no desenvolvimento da disciplina, ampliando a compreensão sobre a atividade docente por meio de atividades realizadas em conjunto.</w:t>
      </w:r>
    </w:p>
    <w:p w14:paraId="6173D654" w14:textId="77777777" w:rsidR="00003A0D" w:rsidRPr="00003A0D" w:rsidRDefault="00003A0D">
      <w:pPr>
        <w:spacing w:after="30" w:line="240" w:lineRule="auto"/>
        <w:rPr>
          <w:lang w:val="pt-BR"/>
        </w:rPr>
      </w:pPr>
    </w:p>
    <w:p w14:paraId="56D6AFE0" w14:textId="028253B4" w:rsidR="00D95F10" w:rsidRDefault="003414CF">
      <w:pPr>
        <w:spacing w:before="80" w:after="30"/>
        <w:rPr>
          <w:b/>
          <w:sz w:val="20"/>
          <w:lang w:val="pt-BR"/>
        </w:rPr>
      </w:pPr>
      <w:r w:rsidRPr="00003A0D">
        <w:rPr>
          <w:b/>
          <w:sz w:val="20"/>
          <w:lang w:val="pt-BR"/>
        </w:rPr>
        <w:t xml:space="preserve">3. EMENTA </w:t>
      </w:r>
      <w:r w:rsidR="00003A0D">
        <w:rPr>
          <w:b/>
          <w:sz w:val="20"/>
          <w:lang w:val="pt-BR"/>
        </w:rPr>
        <w:t>–</w:t>
      </w:r>
      <w:r w:rsidRPr="00003A0D">
        <w:rPr>
          <w:b/>
          <w:sz w:val="20"/>
          <w:lang w:val="pt-BR"/>
        </w:rPr>
        <w:t xml:space="preserve"> </w:t>
      </w:r>
      <w:r w:rsidRPr="00003A0D">
        <w:rPr>
          <w:b/>
          <w:sz w:val="20"/>
          <w:lang w:val="pt-BR"/>
        </w:rPr>
        <w:t>SÍNTESE</w:t>
      </w:r>
    </w:p>
    <w:p w14:paraId="5F4C7A95" w14:textId="6E3302A1" w:rsidR="00003A0D" w:rsidRDefault="00003A0D">
      <w:pPr>
        <w:spacing w:before="80" w:after="30"/>
        <w:rPr>
          <w:bCs/>
          <w:sz w:val="20"/>
          <w:lang w:val="pt-BR"/>
        </w:rPr>
      </w:pPr>
      <w:r w:rsidRPr="00003A0D">
        <w:rPr>
          <w:bCs/>
          <w:sz w:val="20"/>
          <w:lang w:val="pt-BR"/>
        </w:rPr>
        <w:t>[Texto]</w:t>
      </w:r>
    </w:p>
    <w:p w14:paraId="35F8C350" w14:textId="77777777" w:rsidR="00003A0D" w:rsidRPr="00003A0D" w:rsidRDefault="00003A0D">
      <w:pPr>
        <w:spacing w:before="80" w:after="30"/>
        <w:rPr>
          <w:bCs/>
          <w:lang w:val="pt-BR"/>
        </w:rPr>
      </w:pPr>
    </w:p>
    <w:p w14:paraId="202E57C8" w14:textId="77777777" w:rsidR="00D95F10" w:rsidRDefault="003414CF">
      <w:pPr>
        <w:spacing w:before="80" w:after="30"/>
      </w:pPr>
      <w:r>
        <w:rPr>
          <w:b/>
          <w:sz w:val="20"/>
        </w:rPr>
        <w:t>4. ATIVIDADES DESENVOLVIDAS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1134"/>
        <w:gridCol w:w="3969"/>
        <w:gridCol w:w="1020"/>
        <w:gridCol w:w="794"/>
      </w:tblGrid>
      <w:tr w:rsidR="00D95F10" w14:paraId="25260A28" w14:textId="77777777">
        <w:trPr>
          <w:jc w:val="center"/>
        </w:trPr>
        <w:tc>
          <w:tcPr>
            <w:tcW w:w="232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2CEA4DCD" w14:textId="77777777" w:rsidR="00D95F10" w:rsidRDefault="003414CF">
            <w:pPr>
              <w:spacing w:after="0" w:line="228" w:lineRule="auto"/>
            </w:pPr>
            <w:r>
              <w:rPr>
                <w:b/>
                <w:sz w:val="15"/>
              </w:rPr>
              <w:t>Tóp</w:t>
            </w:r>
            <w:r>
              <w:rPr>
                <w:b/>
                <w:sz w:val="15"/>
              </w:rPr>
              <w:t>ico de aula</w:t>
            </w:r>
          </w:p>
        </w:tc>
        <w:tc>
          <w:tcPr>
            <w:tcW w:w="113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33B78984" w14:textId="77777777" w:rsidR="00D95F10" w:rsidRDefault="003414CF">
            <w:pPr>
              <w:spacing w:after="0" w:line="228" w:lineRule="auto"/>
            </w:pPr>
            <w:r>
              <w:rPr>
                <w:b/>
                <w:sz w:val="15"/>
              </w:rPr>
              <w:t>Período</w:t>
            </w:r>
          </w:p>
        </w:tc>
        <w:tc>
          <w:tcPr>
            <w:tcW w:w="39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232350D7" w14:textId="77777777" w:rsidR="00D95F10" w:rsidRDefault="003414CF">
            <w:pPr>
              <w:spacing w:after="0" w:line="228" w:lineRule="auto"/>
            </w:pPr>
            <w:r>
              <w:rPr>
                <w:b/>
                <w:sz w:val="15"/>
              </w:rPr>
              <w:t>Atividade realizada</w:t>
            </w:r>
          </w:p>
        </w:tc>
        <w:tc>
          <w:tcPr>
            <w:tcW w:w="10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1CE11150" w14:textId="77777777" w:rsidR="00D95F10" w:rsidRDefault="003414CF">
            <w:pPr>
              <w:spacing w:after="0" w:line="228" w:lineRule="auto"/>
            </w:pPr>
            <w:r>
              <w:rPr>
                <w:b/>
                <w:sz w:val="15"/>
              </w:rPr>
              <w:t>Carga</w:t>
            </w:r>
          </w:p>
        </w:tc>
        <w:tc>
          <w:tcPr>
            <w:tcW w:w="79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DEDED"/>
            <w:vAlign w:val="center"/>
          </w:tcPr>
          <w:p w14:paraId="0161EF4D" w14:textId="77777777" w:rsidR="00D95F10" w:rsidRDefault="003414CF">
            <w:pPr>
              <w:spacing w:after="0" w:line="228" w:lineRule="auto"/>
            </w:pPr>
            <w:r>
              <w:rPr>
                <w:b/>
                <w:sz w:val="15"/>
              </w:rPr>
              <w:t>Nota</w:t>
            </w:r>
          </w:p>
        </w:tc>
      </w:tr>
      <w:tr w:rsidR="00D95F10" w14:paraId="41EF51BE" w14:textId="77777777">
        <w:trPr>
          <w:jc w:val="center"/>
        </w:trPr>
        <w:tc>
          <w:tcPr>
            <w:tcW w:w="232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F606850" w14:textId="0A7C1703" w:rsidR="00D95F10" w:rsidRDefault="00D95F10">
            <w:pPr>
              <w:spacing w:after="0" w:line="228" w:lineRule="auto"/>
            </w:pPr>
          </w:p>
        </w:tc>
        <w:tc>
          <w:tcPr>
            <w:tcW w:w="113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08EAADA" w14:textId="0975E26D" w:rsidR="00D95F10" w:rsidRDefault="00D95F10">
            <w:pPr>
              <w:spacing w:after="0" w:line="228" w:lineRule="auto"/>
            </w:pPr>
          </w:p>
        </w:tc>
        <w:tc>
          <w:tcPr>
            <w:tcW w:w="39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C3D5100" w14:textId="0C5DE70F" w:rsidR="00D95F10" w:rsidRPr="00003A0D" w:rsidRDefault="00D95F10">
            <w:pPr>
              <w:spacing w:after="0" w:line="228" w:lineRule="auto"/>
              <w:rPr>
                <w:lang w:val="pt-BR"/>
              </w:rPr>
            </w:pPr>
          </w:p>
        </w:tc>
        <w:tc>
          <w:tcPr>
            <w:tcW w:w="10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75944BE" w14:textId="70D73D77" w:rsidR="00D95F10" w:rsidRDefault="00D95F10">
            <w:pPr>
              <w:spacing w:after="0" w:line="228" w:lineRule="auto"/>
            </w:pPr>
          </w:p>
        </w:tc>
        <w:tc>
          <w:tcPr>
            <w:tcW w:w="79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6AEFB66" w14:textId="33F24895" w:rsidR="00D95F10" w:rsidRDefault="00D95F10">
            <w:pPr>
              <w:spacing w:after="0" w:line="228" w:lineRule="auto"/>
            </w:pPr>
          </w:p>
        </w:tc>
      </w:tr>
      <w:tr w:rsidR="00D95F10" w14:paraId="22436384" w14:textId="77777777">
        <w:trPr>
          <w:jc w:val="center"/>
        </w:trPr>
        <w:tc>
          <w:tcPr>
            <w:tcW w:w="232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51FD020" w14:textId="5DA44DA8" w:rsidR="00D95F10" w:rsidRDefault="00D95F10">
            <w:pPr>
              <w:spacing w:after="0" w:line="228" w:lineRule="auto"/>
            </w:pPr>
          </w:p>
        </w:tc>
        <w:tc>
          <w:tcPr>
            <w:tcW w:w="113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008016E6" w14:textId="2A8223CE" w:rsidR="00D95F10" w:rsidRDefault="00D95F10">
            <w:pPr>
              <w:spacing w:after="0" w:line="228" w:lineRule="auto"/>
            </w:pPr>
          </w:p>
        </w:tc>
        <w:tc>
          <w:tcPr>
            <w:tcW w:w="39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CFB1CAB" w14:textId="3FAB5254" w:rsidR="00D95F10" w:rsidRPr="00003A0D" w:rsidRDefault="00D95F10">
            <w:pPr>
              <w:spacing w:after="0" w:line="228" w:lineRule="auto"/>
              <w:rPr>
                <w:lang w:val="pt-BR"/>
              </w:rPr>
            </w:pPr>
          </w:p>
        </w:tc>
        <w:tc>
          <w:tcPr>
            <w:tcW w:w="10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8879EEB" w14:textId="67158565" w:rsidR="00D95F10" w:rsidRDefault="00D95F10">
            <w:pPr>
              <w:spacing w:after="0" w:line="228" w:lineRule="auto"/>
            </w:pPr>
          </w:p>
        </w:tc>
        <w:tc>
          <w:tcPr>
            <w:tcW w:w="79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5E877A8" w14:textId="558B9665" w:rsidR="00D95F10" w:rsidRDefault="00D95F10">
            <w:pPr>
              <w:spacing w:after="0" w:line="228" w:lineRule="auto"/>
            </w:pPr>
          </w:p>
        </w:tc>
      </w:tr>
      <w:tr w:rsidR="00D95F10" w14:paraId="7629AC5F" w14:textId="77777777">
        <w:trPr>
          <w:jc w:val="center"/>
        </w:trPr>
        <w:tc>
          <w:tcPr>
            <w:tcW w:w="232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0E4D7F9F" w14:textId="434834F0" w:rsidR="00D95F10" w:rsidRDefault="00D95F10">
            <w:pPr>
              <w:spacing w:after="0" w:line="228" w:lineRule="auto"/>
            </w:pPr>
          </w:p>
        </w:tc>
        <w:tc>
          <w:tcPr>
            <w:tcW w:w="113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E25A0DF" w14:textId="7F643B69" w:rsidR="00D95F10" w:rsidRDefault="00D95F10">
            <w:pPr>
              <w:spacing w:after="0" w:line="228" w:lineRule="auto"/>
            </w:pPr>
          </w:p>
        </w:tc>
        <w:tc>
          <w:tcPr>
            <w:tcW w:w="39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4996800" w14:textId="6FE355EC" w:rsidR="00D95F10" w:rsidRPr="00003A0D" w:rsidRDefault="00D95F10">
            <w:pPr>
              <w:spacing w:after="0" w:line="228" w:lineRule="auto"/>
              <w:rPr>
                <w:lang w:val="pt-BR"/>
              </w:rPr>
            </w:pPr>
          </w:p>
        </w:tc>
        <w:tc>
          <w:tcPr>
            <w:tcW w:w="10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C378B6F" w14:textId="64962A58" w:rsidR="00D95F10" w:rsidRDefault="00D95F10">
            <w:pPr>
              <w:spacing w:after="0" w:line="228" w:lineRule="auto"/>
            </w:pPr>
          </w:p>
        </w:tc>
        <w:tc>
          <w:tcPr>
            <w:tcW w:w="79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9ED0D72" w14:textId="03440C3D" w:rsidR="00D95F10" w:rsidRDefault="00D95F10">
            <w:pPr>
              <w:spacing w:after="0" w:line="228" w:lineRule="auto"/>
            </w:pPr>
          </w:p>
        </w:tc>
      </w:tr>
      <w:tr w:rsidR="00D95F10" w14:paraId="3C74669C" w14:textId="77777777">
        <w:trPr>
          <w:jc w:val="center"/>
        </w:trPr>
        <w:tc>
          <w:tcPr>
            <w:tcW w:w="232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7C6B02C" w14:textId="7041BDCB" w:rsidR="00D95F10" w:rsidRDefault="00D95F10">
            <w:pPr>
              <w:spacing w:after="0" w:line="228" w:lineRule="auto"/>
            </w:pPr>
          </w:p>
        </w:tc>
        <w:tc>
          <w:tcPr>
            <w:tcW w:w="113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C6164F8" w14:textId="5B0880CA" w:rsidR="00D95F10" w:rsidRDefault="00D95F10">
            <w:pPr>
              <w:spacing w:after="0" w:line="228" w:lineRule="auto"/>
            </w:pPr>
          </w:p>
        </w:tc>
        <w:tc>
          <w:tcPr>
            <w:tcW w:w="39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F6B67E5" w14:textId="033D2030" w:rsidR="00D95F10" w:rsidRPr="00003A0D" w:rsidRDefault="00D95F10">
            <w:pPr>
              <w:spacing w:after="0" w:line="228" w:lineRule="auto"/>
              <w:rPr>
                <w:lang w:val="pt-BR"/>
              </w:rPr>
            </w:pPr>
          </w:p>
        </w:tc>
        <w:tc>
          <w:tcPr>
            <w:tcW w:w="10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67D81F2" w14:textId="291E1CA1" w:rsidR="00D95F10" w:rsidRDefault="00D95F10">
            <w:pPr>
              <w:spacing w:after="0" w:line="228" w:lineRule="auto"/>
            </w:pPr>
          </w:p>
        </w:tc>
        <w:tc>
          <w:tcPr>
            <w:tcW w:w="79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7EF253D" w14:textId="4423B686" w:rsidR="00D95F10" w:rsidRDefault="00D95F10">
            <w:pPr>
              <w:spacing w:after="0" w:line="228" w:lineRule="auto"/>
            </w:pPr>
          </w:p>
        </w:tc>
      </w:tr>
      <w:tr w:rsidR="00D95F10" w14:paraId="7F4DCDF1" w14:textId="77777777">
        <w:trPr>
          <w:jc w:val="center"/>
        </w:trPr>
        <w:tc>
          <w:tcPr>
            <w:tcW w:w="232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3F3F3"/>
            <w:vAlign w:val="center"/>
          </w:tcPr>
          <w:p w14:paraId="58913328" w14:textId="77777777" w:rsidR="00D95F10" w:rsidRDefault="003414CF">
            <w:pPr>
              <w:spacing w:after="0" w:line="228" w:lineRule="auto"/>
            </w:pPr>
            <w:r>
              <w:rPr>
                <w:b/>
                <w:sz w:val="15"/>
              </w:rPr>
              <w:t>TOTAL / NOTA FINAL</w:t>
            </w:r>
          </w:p>
        </w:tc>
        <w:tc>
          <w:tcPr>
            <w:tcW w:w="113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3F3F3"/>
            <w:vAlign w:val="center"/>
          </w:tcPr>
          <w:p w14:paraId="5564601E" w14:textId="77777777" w:rsidR="00D95F10" w:rsidRDefault="00D95F10">
            <w:pPr>
              <w:spacing w:after="0" w:line="228" w:lineRule="auto"/>
            </w:pPr>
          </w:p>
        </w:tc>
        <w:tc>
          <w:tcPr>
            <w:tcW w:w="39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3F3F3"/>
            <w:vAlign w:val="center"/>
          </w:tcPr>
          <w:p w14:paraId="06C84FE5" w14:textId="77777777" w:rsidR="00D95F10" w:rsidRDefault="00D95F10">
            <w:pPr>
              <w:spacing w:after="0" w:line="228" w:lineRule="auto"/>
            </w:pPr>
          </w:p>
        </w:tc>
        <w:tc>
          <w:tcPr>
            <w:tcW w:w="10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3F3F3"/>
            <w:vAlign w:val="center"/>
          </w:tcPr>
          <w:p w14:paraId="4DADB45F" w14:textId="1819E165" w:rsidR="00D95F10" w:rsidRDefault="00D95F10">
            <w:pPr>
              <w:spacing w:after="0" w:line="228" w:lineRule="auto"/>
            </w:pPr>
          </w:p>
        </w:tc>
        <w:tc>
          <w:tcPr>
            <w:tcW w:w="79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3F3F3"/>
            <w:vAlign w:val="center"/>
          </w:tcPr>
          <w:p w14:paraId="1BED727C" w14:textId="251B019E" w:rsidR="00D95F10" w:rsidRDefault="00D95F10">
            <w:pPr>
              <w:spacing w:after="0" w:line="228" w:lineRule="auto"/>
            </w:pPr>
          </w:p>
        </w:tc>
      </w:tr>
    </w:tbl>
    <w:p w14:paraId="4DE53BC6" w14:textId="77777777" w:rsidR="00003A0D" w:rsidRDefault="00003A0D">
      <w:pPr>
        <w:spacing w:before="80" w:after="30"/>
        <w:rPr>
          <w:b/>
          <w:sz w:val="20"/>
        </w:rPr>
      </w:pPr>
    </w:p>
    <w:p w14:paraId="66E2A104" w14:textId="67DABF2E" w:rsidR="00D95F10" w:rsidRPr="00003A0D" w:rsidRDefault="003414CF">
      <w:pPr>
        <w:spacing w:before="80" w:after="30"/>
        <w:rPr>
          <w:lang w:val="pt-BR"/>
        </w:rPr>
      </w:pPr>
      <w:r w:rsidRPr="00003A0D">
        <w:rPr>
          <w:b/>
          <w:sz w:val="20"/>
          <w:lang w:val="pt-BR"/>
        </w:rPr>
        <w:t>5. AVALIAÇÃO DO SUPERVISOR</w:t>
      </w:r>
    </w:p>
    <w:p w14:paraId="1F480A12" w14:textId="308B22D6" w:rsidR="00D95F10" w:rsidRDefault="00003A0D">
      <w:pPr>
        <w:spacing w:after="40" w:line="240" w:lineRule="auto"/>
        <w:rPr>
          <w:sz w:val="18"/>
          <w:lang w:val="pt-BR"/>
        </w:rPr>
      </w:pPr>
      <w:r>
        <w:rPr>
          <w:sz w:val="18"/>
          <w:lang w:val="pt-BR"/>
        </w:rPr>
        <w:t>[Ex: O/A</w:t>
      </w:r>
      <w:r w:rsidR="003414CF" w:rsidRPr="00003A0D">
        <w:rPr>
          <w:sz w:val="18"/>
          <w:lang w:val="pt-BR"/>
        </w:rPr>
        <w:t xml:space="preserve"> pós-graduand</w:t>
      </w:r>
      <w:r>
        <w:rPr>
          <w:sz w:val="18"/>
          <w:lang w:val="pt-BR"/>
        </w:rPr>
        <w:t>o(a)</w:t>
      </w:r>
      <w:r w:rsidR="003414CF" w:rsidRPr="00003A0D">
        <w:rPr>
          <w:sz w:val="18"/>
          <w:lang w:val="pt-BR"/>
        </w:rPr>
        <w:t xml:space="preserve"> cumpriu satisfatoriamente a carga horária e as </w:t>
      </w:r>
      <w:r w:rsidR="003414CF" w:rsidRPr="00003A0D">
        <w:rPr>
          <w:sz w:val="18"/>
          <w:lang w:val="pt-BR"/>
        </w:rPr>
        <w:t xml:space="preserve">atividades em sala de aula. A carga horária incluiu a preparação dos conteúdos e sua posterior apresentação, atendendo ao </w:t>
      </w:r>
      <w:r>
        <w:rPr>
          <w:sz w:val="18"/>
          <w:lang w:val="pt-BR"/>
        </w:rPr>
        <w:t>E</w:t>
      </w:r>
      <w:r w:rsidR="003414CF" w:rsidRPr="00003A0D">
        <w:rPr>
          <w:sz w:val="18"/>
          <w:lang w:val="pt-BR"/>
        </w:rPr>
        <w:t xml:space="preserve">stágio </w:t>
      </w:r>
      <w:r>
        <w:rPr>
          <w:sz w:val="18"/>
          <w:lang w:val="pt-BR"/>
        </w:rPr>
        <w:t>D</w:t>
      </w:r>
      <w:r w:rsidR="003414CF" w:rsidRPr="00003A0D">
        <w:rPr>
          <w:sz w:val="18"/>
          <w:lang w:val="pt-BR"/>
        </w:rPr>
        <w:t>ocência.</w:t>
      </w:r>
    </w:p>
    <w:p w14:paraId="28EDC0D5" w14:textId="77777777" w:rsidR="00003A0D" w:rsidRPr="00003A0D" w:rsidRDefault="00003A0D">
      <w:pPr>
        <w:spacing w:after="40" w:line="240" w:lineRule="auto"/>
        <w:rPr>
          <w:lang w:val="pt-BR"/>
        </w:rPr>
      </w:pPr>
    </w:p>
    <w:p w14:paraId="29B7126E" w14:textId="440B73AF" w:rsidR="00D95F10" w:rsidRDefault="003414CF">
      <w:pPr>
        <w:spacing w:before="80" w:after="30"/>
        <w:rPr>
          <w:b/>
          <w:sz w:val="20"/>
        </w:rPr>
      </w:pPr>
      <w:r>
        <w:rPr>
          <w:b/>
          <w:sz w:val="20"/>
        </w:rPr>
        <w:t>6. ASSINATURAS</w:t>
      </w:r>
    </w:p>
    <w:p w14:paraId="0661E548" w14:textId="77777777" w:rsidR="00003A0D" w:rsidRDefault="00003A0D">
      <w:pPr>
        <w:spacing w:before="80" w:after="30"/>
      </w:pPr>
    </w:p>
    <w:p w14:paraId="6F4AE125" w14:textId="54E82F62" w:rsidR="00D95F10" w:rsidRDefault="003414CF" w:rsidP="00003A0D">
      <w:pPr>
        <w:spacing w:after="80"/>
        <w:jc w:val="center"/>
        <w:rPr>
          <w:sz w:val="17"/>
        </w:rPr>
      </w:pPr>
      <w:r>
        <w:rPr>
          <w:sz w:val="17"/>
        </w:rPr>
        <w:t>Manaus,</w:t>
      </w:r>
      <w:r w:rsidR="00003A0D">
        <w:rPr>
          <w:sz w:val="17"/>
        </w:rPr>
        <w:t xml:space="preserve"> __ </w:t>
      </w:r>
      <w:r>
        <w:rPr>
          <w:sz w:val="17"/>
        </w:rPr>
        <w:t>de</w:t>
      </w:r>
      <w:r w:rsidR="00003A0D">
        <w:rPr>
          <w:sz w:val="17"/>
        </w:rPr>
        <w:t xml:space="preserve"> _______</w:t>
      </w:r>
      <w:r>
        <w:rPr>
          <w:sz w:val="17"/>
        </w:rPr>
        <w:t xml:space="preserve">de </w:t>
      </w:r>
      <w:r w:rsidR="00003A0D">
        <w:rPr>
          <w:sz w:val="17"/>
        </w:rPr>
        <w:t>20_</w:t>
      </w:r>
      <w:proofErr w:type="gramStart"/>
      <w:r w:rsidR="00003A0D">
        <w:rPr>
          <w:sz w:val="17"/>
        </w:rPr>
        <w:t>_ .</w:t>
      </w:r>
      <w:proofErr w:type="gramEnd"/>
      <w:r w:rsidR="00003A0D">
        <w:rPr>
          <w:sz w:val="17"/>
        </w:rPr>
        <w:t xml:space="preserve"> </w:t>
      </w:r>
    </w:p>
    <w:p w14:paraId="13E14640" w14:textId="4450BD39" w:rsidR="00003A0D" w:rsidRDefault="00003A0D">
      <w:pPr>
        <w:spacing w:after="80"/>
        <w:rPr>
          <w:sz w:val="17"/>
        </w:rPr>
      </w:pPr>
    </w:p>
    <w:p w14:paraId="6878017B" w14:textId="07931384" w:rsidR="00003A0D" w:rsidRDefault="00003A0D">
      <w:pPr>
        <w:spacing w:after="80"/>
      </w:pPr>
    </w:p>
    <w:p w14:paraId="30605159" w14:textId="77777777" w:rsidR="00D753DA" w:rsidRDefault="00D753DA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62"/>
        <w:gridCol w:w="4762"/>
      </w:tblGrid>
      <w:tr w:rsidR="00D95F10" w:rsidRPr="00003A0D" w14:paraId="4ED06641" w14:textId="77777777">
        <w:trPr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8E90F" w14:textId="77777777" w:rsidR="00003A0D" w:rsidRDefault="00003A0D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</w:p>
          <w:p w14:paraId="0A83ABF2" w14:textId="66F38DEF" w:rsidR="00D95F10" w:rsidRDefault="003414CF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  <w:r w:rsidRPr="00003A0D">
              <w:rPr>
                <w:sz w:val="16"/>
                <w:lang w:val="pt-BR"/>
              </w:rPr>
              <w:t>____________________________________</w:t>
            </w:r>
            <w:r w:rsidRPr="00003A0D">
              <w:rPr>
                <w:sz w:val="16"/>
                <w:lang w:val="pt-BR"/>
              </w:rPr>
              <w:br/>
            </w:r>
            <w:r w:rsidRPr="00003A0D">
              <w:rPr>
                <w:sz w:val="16"/>
                <w:lang w:val="pt-BR"/>
              </w:rPr>
              <w:t>Discente do PPGCIFA</w:t>
            </w:r>
          </w:p>
          <w:p w14:paraId="4ADC9B43" w14:textId="1691E5CA" w:rsidR="00003A0D" w:rsidRDefault="00003A0D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</w:p>
          <w:p w14:paraId="76292AAF" w14:textId="77777777" w:rsidR="00003A0D" w:rsidRDefault="00003A0D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</w:p>
          <w:p w14:paraId="26AC4AD2" w14:textId="78680D8C" w:rsidR="00003A0D" w:rsidRPr="00003A0D" w:rsidRDefault="00003A0D" w:rsidP="00003A0D">
            <w:pPr>
              <w:spacing w:after="0" w:line="216" w:lineRule="auto"/>
              <w:jc w:val="center"/>
              <w:rPr>
                <w:lang w:val="pt-BR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D3A1" w14:textId="77777777" w:rsidR="00D95F10" w:rsidRDefault="003414CF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  <w:r w:rsidRPr="00003A0D">
              <w:rPr>
                <w:sz w:val="16"/>
                <w:lang w:val="pt-BR"/>
              </w:rPr>
              <w:t>____________________________________</w:t>
            </w:r>
            <w:r w:rsidRPr="00003A0D">
              <w:rPr>
                <w:sz w:val="16"/>
                <w:lang w:val="pt-BR"/>
              </w:rPr>
              <w:br/>
            </w:r>
            <w:r w:rsidRPr="00003A0D">
              <w:rPr>
                <w:sz w:val="16"/>
                <w:lang w:val="pt-BR"/>
              </w:rPr>
              <w:t>Supervisor</w:t>
            </w:r>
          </w:p>
          <w:p w14:paraId="02FF48A0" w14:textId="77777777" w:rsidR="00003A0D" w:rsidRDefault="00003A0D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</w:p>
          <w:p w14:paraId="3ABF0FDD" w14:textId="1EAD8CCD" w:rsidR="00003A0D" w:rsidRPr="00003A0D" w:rsidRDefault="00003A0D" w:rsidP="00003A0D">
            <w:pPr>
              <w:spacing w:after="0" w:line="216" w:lineRule="auto"/>
              <w:jc w:val="center"/>
              <w:rPr>
                <w:lang w:val="pt-BR"/>
              </w:rPr>
            </w:pPr>
          </w:p>
        </w:tc>
      </w:tr>
      <w:tr w:rsidR="00D95F10" w14:paraId="28EFF60C" w14:textId="77777777">
        <w:trPr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FE51A" w14:textId="77777777" w:rsidR="00003A0D" w:rsidRDefault="00003A0D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</w:p>
          <w:p w14:paraId="6FC39E54" w14:textId="77777777" w:rsidR="00003A0D" w:rsidRDefault="00003A0D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</w:p>
          <w:p w14:paraId="2BEFA4B4" w14:textId="57C225DC" w:rsidR="00D95F10" w:rsidRPr="00003A0D" w:rsidRDefault="003414CF" w:rsidP="00003A0D">
            <w:pPr>
              <w:spacing w:after="0" w:line="216" w:lineRule="auto"/>
              <w:jc w:val="center"/>
              <w:rPr>
                <w:sz w:val="16"/>
                <w:lang w:val="pt-BR"/>
              </w:rPr>
            </w:pPr>
            <w:r w:rsidRPr="00003A0D">
              <w:rPr>
                <w:sz w:val="16"/>
                <w:lang w:val="pt-BR"/>
              </w:rPr>
              <w:t>____________________________________</w:t>
            </w:r>
            <w:r w:rsidRPr="00003A0D">
              <w:rPr>
                <w:sz w:val="16"/>
                <w:lang w:val="pt-BR"/>
              </w:rPr>
              <w:br/>
              <w:t>Orientador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DDB4A" w14:textId="77777777" w:rsidR="00003A0D" w:rsidRDefault="00003A0D" w:rsidP="00003A0D">
            <w:pPr>
              <w:spacing w:before="20" w:after="0"/>
              <w:jc w:val="center"/>
              <w:rPr>
                <w:sz w:val="16"/>
              </w:rPr>
            </w:pPr>
          </w:p>
          <w:p w14:paraId="326FF765" w14:textId="77777777" w:rsidR="00003A0D" w:rsidRDefault="00003A0D" w:rsidP="00003A0D">
            <w:pPr>
              <w:spacing w:before="20" w:after="0"/>
              <w:jc w:val="center"/>
              <w:rPr>
                <w:sz w:val="16"/>
              </w:rPr>
            </w:pPr>
          </w:p>
          <w:p w14:paraId="12C171FC" w14:textId="0C72A33A" w:rsidR="00003A0D" w:rsidRDefault="00003A0D" w:rsidP="00003A0D">
            <w:pPr>
              <w:spacing w:before="20" w:after="0"/>
              <w:jc w:val="center"/>
            </w:pPr>
            <w:r>
              <w:rPr>
                <w:sz w:val="16"/>
              </w:rPr>
              <w:t>____________________________________</w:t>
            </w:r>
            <w:r>
              <w:rPr>
                <w:sz w:val="16"/>
              </w:rPr>
              <w:br/>
              <w:t>Chefe do Departamento</w:t>
            </w:r>
          </w:p>
          <w:p w14:paraId="238E661C" w14:textId="64C42D61" w:rsidR="00D95F10" w:rsidRDefault="00D95F10" w:rsidP="00003A0D">
            <w:pPr>
              <w:spacing w:after="0" w:line="216" w:lineRule="auto"/>
              <w:jc w:val="center"/>
            </w:pPr>
          </w:p>
        </w:tc>
      </w:tr>
    </w:tbl>
    <w:p w14:paraId="18BEF4D7" w14:textId="1169612B" w:rsidR="00D95F10" w:rsidRDefault="00D95F10" w:rsidP="00003A0D">
      <w:pPr>
        <w:spacing w:before="20" w:after="0"/>
      </w:pPr>
    </w:p>
    <w:sectPr w:rsidR="00D95F10" w:rsidSect="00034616">
      <w:footerReference w:type="default" r:id="rId8"/>
      <w:pgSz w:w="12240" w:h="15840"/>
      <w:pgMar w:top="765" w:right="1020" w:bottom="709" w:left="102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49B1E" w14:textId="77777777" w:rsidR="003414CF" w:rsidRDefault="003414CF">
      <w:pPr>
        <w:spacing w:after="0" w:line="240" w:lineRule="auto"/>
      </w:pPr>
      <w:r>
        <w:separator/>
      </w:r>
    </w:p>
  </w:endnote>
  <w:endnote w:type="continuationSeparator" w:id="0">
    <w:p w14:paraId="500E86ED" w14:textId="77777777" w:rsidR="003414CF" w:rsidRDefault="0034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EC45" w14:textId="4613D0B6" w:rsidR="00D95F10" w:rsidRDefault="003414CF">
    <w:pPr>
      <w:pStyle w:val="Footer"/>
      <w:jc w:val="center"/>
      <w:rPr>
        <w:color w:val="646464"/>
        <w:sz w:val="14"/>
        <w:lang w:val="pt-BR"/>
      </w:rPr>
    </w:pPr>
    <w:r w:rsidRPr="00003A0D">
      <w:rPr>
        <w:color w:val="646464"/>
        <w:sz w:val="14"/>
        <w:lang w:val="pt-BR"/>
      </w:rPr>
      <w:t>PPGCIFA/UFAM - Campus Universitário, Av. General Rodrigo Octávio Jordão, nº 3000 - Manaus/AM</w:t>
    </w:r>
  </w:p>
  <w:p w14:paraId="013AA459" w14:textId="082C0882" w:rsidR="00D753DA" w:rsidRPr="00003A0D" w:rsidRDefault="00D753DA">
    <w:pPr>
      <w:pStyle w:val="Footer"/>
      <w:jc w:val="center"/>
      <w:rPr>
        <w:lang w:val="pt-BR"/>
      </w:rPr>
    </w:pPr>
    <w:r>
      <w:rPr>
        <w:color w:val="646464"/>
        <w:sz w:val="14"/>
        <w:lang w:val="pt-BR"/>
      </w:rPr>
      <w:t>Enviar documento preenchido e assinado para: secretariappgcifa@ufam.edu.br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B8C5C" w14:textId="77777777" w:rsidR="003414CF" w:rsidRDefault="003414CF">
      <w:pPr>
        <w:spacing w:after="0" w:line="240" w:lineRule="auto"/>
      </w:pPr>
      <w:r>
        <w:separator/>
      </w:r>
    </w:p>
  </w:footnote>
  <w:footnote w:type="continuationSeparator" w:id="0">
    <w:p w14:paraId="43BB4981" w14:textId="77777777" w:rsidR="003414CF" w:rsidRDefault="00341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A0D"/>
    <w:rsid w:val="00034616"/>
    <w:rsid w:val="0006063C"/>
    <w:rsid w:val="0015074B"/>
    <w:rsid w:val="0029639D"/>
    <w:rsid w:val="00326F90"/>
    <w:rsid w:val="003414CF"/>
    <w:rsid w:val="00AA1D8D"/>
    <w:rsid w:val="00B47730"/>
    <w:rsid w:val="00CB0664"/>
    <w:rsid w:val="00D753DA"/>
    <w:rsid w:val="00D95F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A3A15"/>
  <w14:defaultImageDpi w14:val="300"/>
  <w15:docId w15:val="{A8C82196-8D02-45F3-83F3-3FA29BCF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Bruna Menezes</cp:lastModifiedBy>
  <cp:revision>2</cp:revision>
  <dcterms:created xsi:type="dcterms:W3CDTF">2026-08-17T18:24:00Z</dcterms:created>
  <dcterms:modified xsi:type="dcterms:W3CDTF">2026-08-17T18:24:00Z</dcterms:modified>
  <cp:category/>
</cp:coreProperties>
</file>